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SimHei" w:hAnsi="SimHei" w:eastAsia="SimHei"/>
          <w:b/>
          <w:sz w:val="36"/>
        </w:rPr>
        <w:t>保密协议（NDA）</w:t>
      </w:r>
    </w:p>
    <w:p>
      <w:pPr>
        <w:jc w:val="center"/>
      </w:pPr>
      <w:r>
        <w:rPr>
          <w:sz w:val="18"/>
        </w:rPr>
        <w:t>HongHub 代码 / 网站安全体检 · 模板，正式合作前由双方确认</w:t>
      </w:r>
    </w:p>
    <w:p/>
    <w:p>
      <w:pPr>
        <w:spacing w:line="360" w:lineRule="auto"/>
      </w:pPr>
      <w:r>
        <w:t>甲方（披露方）：______________________________________</w:t>
      </w:r>
    </w:p>
    <w:p>
      <w:pPr>
        <w:spacing w:line="360" w:lineRule="auto"/>
      </w:pPr>
      <w:r>
        <w:t>乙方（接收方）：HongHub（以实际签约主体为准）</w:t>
      </w:r>
    </w:p>
    <w:p>
      <w:pPr>
        <w:spacing w:line="360" w:lineRule="auto"/>
      </w:pPr>
      <w:r>
        <w:t>项目：________________________________________________</w:t>
      </w:r>
    </w:p>
    <w:p>
      <w:r>
        <w:rPr>
          <w:rFonts w:ascii="SimHei" w:hAnsi="SimHei" w:eastAsia="SimHei"/>
          <w:b/>
          <w:sz w:val="24"/>
        </w:rPr>
        <w:t>一、保密信息</w:t>
      </w:r>
    </w:p>
    <w:p>
      <w:pPr>
        <w:spacing w:line="360" w:lineRule="auto"/>
      </w:pPr>
      <w:r>
        <w:t>本协议所称保密信息包括：源代码、架构、接口、账号、合同、报价、客户数据、扫描报告及双方标明的其他非公开信息。</w:t>
      </w:r>
    </w:p>
    <w:p>
      <w:r>
        <w:rPr>
          <w:rFonts w:ascii="SimHei" w:hAnsi="SimHei" w:eastAsia="SimHei"/>
          <w:b/>
          <w:sz w:val="24"/>
        </w:rPr>
        <w:t>二、使用限制</w:t>
      </w:r>
    </w:p>
    <w:p>
      <w:pPr>
        <w:spacing w:line="360" w:lineRule="auto"/>
      </w:pPr>
      <w:r>
        <w:t>1. 乙方仅将保密信息用于本协议约定的扫描/评估目的。</w:t>
      </w:r>
    </w:p>
    <w:p>
      <w:pPr>
        <w:spacing w:line="360" w:lineRule="auto"/>
      </w:pPr>
      <w:r>
        <w:t>2. 未经甲方书面同意，乙方不向第三方披露，不用于其他项目，不用于训练模型。</w:t>
      </w:r>
    </w:p>
    <w:p>
      <w:pPr>
        <w:spacing w:line="360" w:lineRule="auto"/>
      </w:pPr>
      <w:r>
        <w:t>3. 乙方仅允许确有必要的人员/外包接触，并使其承担同等保密义务。</w:t>
      </w:r>
    </w:p>
    <w:p>
      <w:r>
        <w:rPr>
          <w:rFonts w:ascii="SimHei" w:hAnsi="SimHei" w:eastAsia="SimHei"/>
          <w:b/>
          <w:sz w:val="24"/>
        </w:rPr>
        <w:t>三、数据删除与返还</w:t>
      </w:r>
    </w:p>
    <w:p>
      <w:pPr>
        <w:spacing w:line="360" w:lineRule="auto"/>
      </w:pPr>
      <w:r>
        <w:t>1. 扫描完成后，乙方删除源码及临时文件，保留脱敏报告。</w:t>
      </w:r>
    </w:p>
    <w:p>
      <w:pPr>
        <w:spacing w:line="360" w:lineRule="auto"/>
      </w:pPr>
      <w:r>
        <w:t>2. 甲方可要求提前删除报告；乙方在约定期限内完成并书面确认。</w:t>
      </w:r>
    </w:p>
    <w:p>
      <w:r>
        <w:rPr>
          <w:rFonts w:ascii="SimHei" w:hAnsi="SimHei" w:eastAsia="SimHei"/>
          <w:b/>
          <w:sz w:val="24"/>
        </w:rPr>
        <w:t>四、期限</w:t>
      </w:r>
    </w:p>
    <w:p>
      <w:pPr>
        <w:spacing w:line="360" w:lineRule="auto"/>
      </w:pPr>
      <w:r>
        <w:t>保密义务自签署之日起生效，持续至保密信息公开或双方约定的期限届满。</w:t>
      </w:r>
    </w:p>
    <w:p>
      <w:r>
        <w:rPr>
          <w:rFonts w:ascii="SimHei" w:hAnsi="SimHei" w:eastAsia="SimHei"/>
          <w:b/>
          <w:sz w:val="24"/>
        </w:rPr>
        <w:t>五、违约责任</w:t>
      </w:r>
    </w:p>
    <w:p>
      <w:pPr>
        <w:spacing w:line="360" w:lineRule="auto"/>
      </w:pPr>
      <w:r>
        <w:t>任何一方违反本协议，应承担相应法律责任，并赔偿对方因此遭受的直接损失；具体以适用法律和双方约定为准。</w:t>
      </w:r>
    </w:p>
    <w:p>
      <w:r>
        <w:rPr>
          <w:rFonts w:ascii="SimHei" w:hAnsi="SimHei" w:eastAsia="SimHei"/>
          <w:b/>
          <w:sz w:val="24"/>
        </w:rPr>
        <w:t>六、争议</w:t>
      </w:r>
    </w:p>
    <w:p>
      <w:pPr>
        <w:spacing w:line="360" w:lineRule="auto"/>
      </w:pPr>
      <w:r>
        <w:t>因本协议产生的争议，双方应先协商；协商不成，按双方约定/适用法律处理。</w:t>
      </w:r>
    </w:p>
    <w:p>
      <w:pPr>
        <w:spacing w:line="360" w:lineRule="auto"/>
      </w:pPr>
    </w:p>
    <w:p>
      <w:pPr>
        <w:spacing w:line="360" w:lineRule="auto"/>
      </w:pPr>
      <w:r>
        <w:t>甲方（签字/盖章）：____________________    日期：__________</w:t>
      </w:r>
    </w:p>
    <w:p>
      <w:pPr>
        <w:spacing w:line="360" w:lineRule="auto"/>
      </w:pPr>
      <w:r>
        <w:t>乙方（签字/盖章）：____________________    日期：__________</w:t>
      </w:r>
    </w:p>
    <w:p>
      <w:pPr>
        <w:spacing w:line="360" w:lineRule="auto"/>
      </w:pPr>
    </w:p>
    <w:p>
      <w:pPr>
        <w:spacing w:line="360" w:lineRule="auto"/>
      </w:pPr>
      <w:r>
        <w:t>说明：本模板不构成法律意见；正式合作建议由双方律师确认。</w:t>
      </w:r>
    </w:p>
    <w:sectPr w:rsidR="00FC693F" w:rsidRPr="0006063C" w:rsidSect="00034616">
      <w:pgSz w:w="12240" w:h="15840"/>
      <w:pgMar w:top="1247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